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מילות השאלה העיקריות בעברית ואת השימוש בכל אחת מהן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שאלות נכונות לפי ההקשר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איזה, איזו ואילו לפי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מילת השאלה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'איזו' משמשת לנקבה יחידה, 'איזה' לזכר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אילו מתאימה לזכר רבים ולנקבה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למה שואלת על סיבה, איפה שואלת על 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השאלה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שאלה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(בחיפה)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(באביב)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(סבתא שלי)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המילים לשאלה תקינה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הולך / לאן / אתה / 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 / לומדת / איפה / 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מתחיל / השיעור / מתי / 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הביתה / הגעת / איך / 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כתיבה: ראיון 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 שאלות תקינות דקדוקית, כל אחת עם מילת שאלה שונה ומתאימה להקשר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איזה לזכר, איזו לנקבה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הגיונית הכוללת כמות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בסבב שאלות קצר בעל פה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את ההבדל בין איזה, איזו ואילו עם דוגמאות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בשאלות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נתרגל מילות שאלה כמו מי, מה, איפה, מתי, למה, איך, כמה ולאן, וגם את הצורות איזה, איזו ואילו. מילות שאלה עוזרות לנו לבקש מידע בצורה מדויקת.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מי  ·  למי  ·  מה  ·  מתי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מילת השאלה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___ קוראים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___ השעה עכשיו?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___ אתה 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'איזו' משמשת לשאלה בלשון זכר יחיד.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'אילו' משמשת כששואלים על רבים.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'למה' שואלת על 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מילת השאלה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הספרים האלה שייכים?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את חוזרת הביתה היום?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המורה לעברית שלך?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__________ טעם יש לתפוח הזה?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שאלה לתשובה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איפה גרה המשפחה שלך?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מתי יש לך יום הולדת?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סבתא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כמה אחים יש 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באביב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 הכין את העוגה?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בחיפה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המילים לשאלה תקינה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הביתה / הגעת / איך / 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מתחיל / השיעור / מתי / 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את / לומדת / איפה / 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הולך / לאן / אתה / 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כתיבה: ראיון 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ארבע שאלות היכרות לבן או בת זוג, כל אחת עם מילת שאלה אחרת (מי, מה, איפה, מתי, למה, איך או כמה).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איזה לאיזו?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שאלה עם המילה כמה.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