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בעברית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נכונות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איזה, איזו ואילו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'איזו' משמשת לנקבה יחידה, 'איזה' לזכר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אילו מתאימה לזכר רבים ולנקבה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למה שואלת על סיבה,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השימוש העיקרי של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 שואלת על אדם, מה שואלת על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לדוגמה: איך הכנת את העוגה?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(סבתא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(כי פספסתי את האוטובוס)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לשאלה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/ לאן / אתה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 / לומדת / איפה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מתחיל / השיעור / מתי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הביתה / הגעת / איך /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ראיון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שאלות תקינות דקדוקית, כל אחת עם מילת שאלה שונה ומתאימה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שימוש נכון בהתאמה למין ולמספר של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לזכר, איזו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שאלות קצר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איזה, איזו ואילו עם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ששואלות שאלות, כמו מי, מה, איפה, מתי. המילים האלה עוזרות לנו לשאול ולקבל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 או עניין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אופן או 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כמות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/ איזו / אילו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ובוחרים מתוך אפשרויות, לפי זכר, נקבה או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שם של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על זמן ביום?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זמן בעתיד?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שואלת על דרך או אופן?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שואלת על 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בוחרת מתוך כמה ספרים אפשריים, בזכר?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'איזו' משמשת לשאלה בלשון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'אילו' משמשת כששואלים על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שואלת על כמות.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ב'מי' כששואלים על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'איך' שואלת על אופן או דרך עשייה.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הספרים האלה שייכים?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את חוזרת הביתה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המורה לעברית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טעם יש לתפוח הזה?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חברות יש לך בכיתה?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פתרת את התרגיל הזה?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גרה המשפחה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סבתא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 יש לך יום הולדת?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 פספסתי את האוטובוס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אחים יש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הכין את העוגה?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אתה מאחר?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המילים לשאלה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/ לומדת / איפה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הביתה / הגעת / איך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 / לאן / אתה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 / השיעור / מתי / 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ראיון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 שאלות היכרות לבן או בת זוג, כל אחת עם מילת שאלה אחרת (מי, מה, איפה, מתי, למה, איך או כמה).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תמונה או חפץ בכיתה וכתבו עליו שלוש שאלות שונות באמצעות איזה, איזו ואילו.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איזה לאיזו?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עם המילה כמה.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מילת שאלה משתמשים כששואלים על סיבה?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